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DDDC24" w14:textId="77777777" w:rsidR="00B93CE9" w:rsidRDefault="00000000">
      <w:pPr>
        <w:spacing w:after="0"/>
        <w:rPr>
          <w:lang w:eastAsia="zh-TW"/>
        </w:rPr>
      </w:pPr>
      <w:r>
        <w:rPr>
          <w:lang w:eastAsia="zh-TW"/>
        </w:rPr>
        <w:t>校內用表：新竹市 2026 年英文菁英盃 專業英文聽寫說與詞彙能力大賽－校內報名名單</w:t>
      </w:r>
    </w:p>
    <w:p w14:paraId="395340A6" w14:textId="77777777" w:rsidR="00B93CE9" w:rsidRDefault="00000000">
      <w:pPr>
        <w:spacing w:after="0"/>
        <w:jc w:val="center"/>
        <w:rPr>
          <w:lang w:eastAsia="zh-TW"/>
        </w:rPr>
      </w:pPr>
      <w:r>
        <w:rPr>
          <w:b/>
          <w:sz w:val="26"/>
          <w:lang w:eastAsia="zh-TW"/>
        </w:rPr>
        <w:t>新竹市私立曙光女子高級中學</w:t>
      </w:r>
    </w:p>
    <w:p w14:paraId="49E3E59D" w14:textId="77777777" w:rsidR="00B93CE9" w:rsidRDefault="00000000">
      <w:pPr>
        <w:spacing w:after="0"/>
        <w:jc w:val="center"/>
        <w:rPr>
          <w:lang w:eastAsia="zh-TW"/>
        </w:rPr>
      </w:pPr>
      <w:r>
        <w:rPr>
          <w:b/>
          <w:sz w:val="26"/>
          <w:lang w:eastAsia="zh-TW"/>
        </w:rPr>
        <w:t>新竹市 2026 年英文菁英盃 專業英文聽寫說與詞彙能力大賽　校內報名名單</w:t>
      </w:r>
    </w:p>
    <w:p w14:paraId="46EC928C" w14:textId="77777777" w:rsidR="00B93CE9" w:rsidRDefault="00000000">
      <w:pPr>
        <w:spacing w:after="0"/>
        <w:jc w:val="center"/>
        <w:rPr>
          <w:lang w:eastAsia="zh-TW"/>
        </w:rPr>
      </w:pPr>
      <w:r>
        <w:rPr>
          <w:b/>
          <w:sz w:val="22"/>
          <w:lang w:eastAsia="zh-TW"/>
        </w:rPr>
        <w:t>★ 校內報名截止：115 年 9 月 22 日（星期二）放學前，逾期不受理　│　繳回：教務處　實習暨國際事務組（分機 208）</w:t>
      </w:r>
    </w:p>
    <w:p w14:paraId="7CBEEEE1" w14:textId="65B0DB09" w:rsidR="00B93CE9" w:rsidRDefault="00000000">
      <w:pPr>
        <w:spacing w:after="80"/>
        <w:jc w:val="center"/>
        <w:rPr>
          <w:lang w:eastAsia="zh-TW"/>
        </w:rPr>
      </w:pPr>
      <w:r>
        <w:rPr>
          <w:sz w:val="19"/>
          <w:lang w:eastAsia="zh-TW"/>
        </w:rPr>
        <w:t>（本表資料將逐欄轉填至主辦 Excel 檔，請照格式填寫）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50"/>
        <w:gridCol w:w="1077"/>
        <w:gridCol w:w="964"/>
        <w:gridCol w:w="1020"/>
        <w:gridCol w:w="1077"/>
        <w:gridCol w:w="907"/>
        <w:gridCol w:w="454"/>
        <w:gridCol w:w="794"/>
        <w:gridCol w:w="907"/>
        <w:gridCol w:w="454"/>
        <w:gridCol w:w="1134"/>
        <w:gridCol w:w="850"/>
        <w:gridCol w:w="907"/>
        <w:gridCol w:w="907"/>
        <w:gridCol w:w="850"/>
        <w:gridCol w:w="794"/>
        <w:gridCol w:w="1020"/>
      </w:tblGrid>
      <w:tr w:rsidR="00B93CE9" w14:paraId="5C5E87F7" w14:textId="77777777">
        <w:trPr>
          <w:jc w:val="center"/>
        </w:trPr>
        <w:tc>
          <w:tcPr>
            <w:tcW w:w="907" w:type="dxa"/>
            <w:shd w:val="clear" w:color="auto" w:fill="EDEDED"/>
            <w:vAlign w:val="center"/>
          </w:tcPr>
          <w:p w14:paraId="43DF2EC4" w14:textId="77777777" w:rsidR="00B93CE9" w:rsidRDefault="00000000">
            <w:pPr>
              <w:jc w:val="center"/>
            </w:pPr>
            <w:proofErr w:type="spellStart"/>
            <w:r>
              <w:rPr>
                <w:b/>
                <w:sz w:val="15"/>
              </w:rPr>
              <w:t>學號</w:t>
            </w:r>
            <w:proofErr w:type="spellEnd"/>
          </w:p>
        </w:tc>
        <w:tc>
          <w:tcPr>
            <w:tcW w:w="850" w:type="dxa"/>
            <w:shd w:val="clear" w:color="auto" w:fill="EDEDED"/>
            <w:vAlign w:val="center"/>
          </w:tcPr>
          <w:p w14:paraId="6411E6CC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中文</w:t>
            </w:r>
            <w:r>
              <w:rPr>
                <w:b/>
                <w:sz w:val="15"/>
              </w:rPr>
              <w:br/>
              <w:t>姓名</w:t>
            </w:r>
          </w:p>
        </w:tc>
        <w:tc>
          <w:tcPr>
            <w:tcW w:w="1077" w:type="dxa"/>
            <w:shd w:val="clear" w:color="auto" w:fill="EDEDED"/>
            <w:vAlign w:val="center"/>
          </w:tcPr>
          <w:p w14:paraId="1DD018E5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英文姓名</w:t>
            </w:r>
            <w:r>
              <w:rPr>
                <w:b/>
                <w:sz w:val="15"/>
              </w:rPr>
              <w:br/>
              <w:t>(羅馬拼音)</w:t>
            </w:r>
          </w:p>
        </w:tc>
        <w:tc>
          <w:tcPr>
            <w:tcW w:w="964" w:type="dxa"/>
            <w:shd w:val="clear" w:color="auto" w:fill="EDEDED"/>
            <w:vAlign w:val="center"/>
          </w:tcPr>
          <w:p w14:paraId="5357DB89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英文姓氏</w:t>
            </w:r>
            <w:r>
              <w:rPr>
                <w:b/>
                <w:sz w:val="15"/>
              </w:rPr>
              <w:br/>
              <w:t>(羅馬拼音)</w:t>
            </w:r>
          </w:p>
        </w:tc>
        <w:tc>
          <w:tcPr>
            <w:tcW w:w="1020" w:type="dxa"/>
            <w:shd w:val="clear" w:color="auto" w:fill="EDEDED"/>
            <w:vAlign w:val="center"/>
          </w:tcPr>
          <w:p w14:paraId="6C8E0882" w14:textId="77777777" w:rsidR="00B93CE9" w:rsidRDefault="00000000">
            <w:pPr>
              <w:jc w:val="center"/>
              <w:rPr>
                <w:lang w:eastAsia="zh-TW"/>
              </w:rPr>
            </w:pPr>
            <w:r>
              <w:rPr>
                <w:b/>
                <w:sz w:val="15"/>
                <w:lang w:eastAsia="zh-TW"/>
              </w:rPr>
              <w:t>身分證字號</w:t>
            </w:r>
            <w:r>
              <w:rPr>
                <w:b/>
                <w:sz w:val="15"/>
                <w:lang w:eastAsia="zh-TW"/>
              </w:rPr>
              <w:br/>
              <w:t>(英文大寫</w:t>
            </w:r>
            <w:r>
              <w:rPr>
                <w:b/>
                <w:sz w:val="15"/>
                <w:lang w:eastAsia="zh-TW"/>
              </w:rPr>
              <w:br/>
              <w:t>+末五碼)</w:t>
            </w:r>
          </w:p>
        </w:tc>
        <w:tc>
          <w:tcPr>
            <w:tcW w:w="1077" w:type="dxa"/>
            <w:shd w:val="clear" w:color="auto" w:fill="EDEDED"/>
            <w:vAlign w:val="center"/>
          </w:tcPr>
          <w:p w14:paraId="1FE95917" w14:textId="77777777" w:rsidR="00B93CE9" w:rsidRDefault="00000000">
            <w:pPr>
              <w:jc w:val="center"/>
            </w:pPr>
            <w:proofErr w:type="spellStart"/>
            <w:r>
              <w:rPr>
                <w:b/>
                <w:sz w:val="15"/>
              </w:rPr>
              <w:t>學校</w:t>
            </w:r>
            <w:proofErr w:type="spellEnd"/>
          </w:p>
        </w:tc>
        <w:tc>
          <w:tcPr>
            <w:tcW w:w="907" w:type="dxa"/>
            <w:shd w:val="clear" w:color="auto" w:fill="EDEDED"/>
            <w:vAlign w:val="center"/>
          </w:tcPr>
          <w:p w14:paraId="560B968E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科系</w:t>
            </w:r>
          </w:p>
        </w:tc>
        <w:tc>
          <w:tcPr>
            <w:tcW w:w="454" w:type="dxa"/>
            <w:shd w:val="clear" w:color="auto" w:fill="EDEDED"/>
            <w:vAlign w:val="center"/>
          </w:tcPr>
          <w:p w14:paraId="159B9F34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年</w:t>
            </w:r>
            <w:r>
              <w:rPr>
                <w:b/>
                <w:sz w:val="15"/>
              </w:rPr>
              <w:br/>
              <w:t>級</w:t>
            </w:r>
          </w:p>
        </w:tc>
        <w:tc>
          <w:tcPr>
            <w:tcW w:w="794" w:type="dxa"/>
            <w:shd w:val="clear" w:color="auto" w:fill="EDEDED"/>
            <w:vAlign w:val="center"/>
          </w:tcPr>
          <w:p w14:paraId="0E374AA9" w14:textId="77777777" w:rsidR="00B93CE9" w:rsidRDefault="00000000">
            <w:pPr>
              <w:jc w:val="center"/>
              <w:rPr>
                <w:lang w:eastAsia="zh-TW"/>
              </w:rPr>
            </w:pPr>
            <w:r>
              <w:rPr>
                <w:b/>
                <w:sz w:val="15"/>
                <w:lang w:eastAsia="zh-TW"/>
              </w:rPr>
              <w:t>班級</w:t>
            </w:r>
            <w:r>
              <w:rPr>
                <w:b/>
                <w:sz w:val="15"/>
                <w:lang w:eastAsia="zh-TW"/>
              </w:rPr>
              <w:br/>
              <w:t>(該年級只有</w:t>
            </w:r>
            <w:r>
              <w:rPr>
                <w:b/>
                <w:sz w:val="15"/>
                <w:lang w:eastAsia="zh-TW"/>
              </w:rPr>
              <w:br/>
              <w:t>一班請寫0)</w:t>
            </w:r>
          </w:p>
        </w:tc>
        <w:tc>
          <w:tcPr>
            <w:tcW w:w="907" w:type="dxa"/>
            <w:shd w:val="clear" w:color="auto" w:fill="EDEDED"/>
            <w:vAlign w:val="center"/>
          </w:tcPr>
          <w:p w14:paraId="7A37F4C8" w14:textId="77777777" w:rsidR="00B93CE9" w:rsidRDefault="00000000">
            <w:pPr>
              <w:jc w:val="center"/>
            </w:pPr>
            <w:proofErr w:type="spellStart"/>
            <w:r>
              <w:rPr>
                <w:b/>
                <w:sz w:val="15"/>
              </w:rPr>
              <w:t>出生年月</w:t>
            </w:r>
            <w:proofErr w:type="spellEnd"/>
            <w:r>
              <w:rPr>
                <w:b/>
                <w:sz w:val="15"/>
              </w:rPr>
              <w:br/>
              <w:t>(</w:t>
            </w:r>
            <w:proofErr w:type="spellStart"/>
            <w:r>
              <w:rPr>
                <w:b/>
                <w:sz w:val="15"/>
              </w:rPr>
              <w:t>西元年</w:t>
            </w:r>
            <w:proofErr w:type="spellEnd"/>
            <w:r>
              <w:rPr>
                <w:b/>
                <w:sz w:val="15"/>
              </w:rPr>
              <w:t>/月)</w:t>
            </w:r>
            <w:r>
              <w:rPr>
                <w:b/>
                <w:sz w:val="15"/>
              </w:rPr>
              <w:br/>
              <w:t>(</w:t>
            </w:r>
            <w:proofErr w:type="spellStart"/>
            <w:r>
              <w:rPr>
                <w:b/>
                <w:sz w:val="15"/>
              </w:rPr>
              <w:t>yyyy</w:t>
            </w:r>
            <w:proofErr w:type="spellEnd"/>
            <w:r>
              <w:rPr>
                <w:b/>
                <w:sz w:val="15"/>
              </w:rPr>
              <w:t>/mm)</w:t>
            </w:r>
          </w:p>
        </w:tc>
        <w:tc>
          <w:tcPr>
            <w:tcW w:w="454" w:type="dxa"/>
            <w:shd w:val="clear" w:color="auto" w:fill="EDEDED"/>
            <w:vAlign w:val="center"/>
          </w:tcPr>
          <w:p w14:paraId="4FB6901F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性</w:t>
            </w:r>
            <w:r>
              <w:rPr>
                <w:b/>
                <w:sz w:val="15"/>
              </w:rPr>
              <w:br/>
              <w:t>別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29C3CBA8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學校地址</w:t>
            </w:r>
            <w:r>
              <w:rPr>
                <w:b/>
                <w:sz w:val="15"/>
              </w:rPr>
              <w:br/>
              <w:t>(含郵遞區號)</w:t>
            </w:r>
          </w:p>
        </w:tc>
        <w:tc>
          <w:tcPr>
            <w:tcW w:w="850" w:type="dxa"/>
            <w:shd w:val="clear" w:color="auto" w:fill="EDEDED"/>
            <w:vAlign w:val="center"/>
          </w:tcPr>
          <w:p w14:paraId="5768B011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身分別</w:t>
            </w:r>
          </w:p>
        </w:tc>
        <w:tc>
          <w:tcPr>
            <w:tcW w:w="907" w:type="dxa"/>
            <w:shd w:val="clear" w:color="auto" w:fill="EDEDED"/>
            <w:vAlign w:val="center"/>
          </w:tcPr>
          <w:p w14:paraId="66375351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競賽組別</w:t>
            </w:r>
          </w:p>
        </w:tc>
        <w:tc>
          <w:tcPr>
            <w:tcW w:w="907" w:type="dxa"/>
            <w:shd w:val="clear" w:color="auto" w:fill="EDEDED"/>
            <w:vAlign w:val="center"/>
          </w:tcPr>
          <w:p w14:paraId="73842DC7" w14:textId="77777777" w:rsidR="00B93CE9" w:rsidRDefault="00000000">
            <w:pPr>
              <w:jc w:val="center"/>
            </w:pPr>
            <w:r>
              <w:rPr>
                <w:b/>
                <w:sz w:val="15"/>
              </w:rPr>
              <w:t>報考科目</w:t>
            </w:r>
          </w:p>
        </w:tc>
        <w:tc>
          <w:tcPr>
            <w:tcW w:w="850" w:type="dxa"/>
            <w:shd w:val="clear" w:color="auto" w:fill="EDEDED"/>
            <w:vAlign w:val="center"/>
          </w:tcPr>
          <w:p w14:paraId="30DD25F4" w14:textId="77777777" w:rsidR="00B93CE9" w:rsidRDefault="00000000">
            <w:pPr>
              <w:jc w:val="center"/>
              <w:rPr>
                <w:lang w:eastAsia="zh-TW"/>
              </w:rPr>
            </w:pPr>
            <w:r>
              <w:rPr>
                <w:b/>
                <w:sz w:val="15"/>
                <w:lang w:eastAsia="zh-TW"/>
              </w:rPr>
              <w:t>競賽級別</w:t>
            </w:r>
            <w:r>
              <w:rPr>
                <w:b/>
                <w:sz w:val="15"/>
                <w:lang w:eastAsia="zh-TW"/>
              </w:rPr>
              <w:br/>
              <w:t>(有專家級</w:t>
            </w:r>
            <w:r>
              <w:rPr>
                <w:b/>
                <w:sz w:val="15"/>
                <w:lang w:eastAsia="zh-TW"/>
              </w:rPr>
              <w:br/>
              <w:t>請報專家級)</w:t>
            </w:r>
          </w:p>
        </w:tc>
        <w:tc>
          <w:tcPr>
            <w:tcW w:w="794" w:type="dxa"/>
            <w:shd w:val="clear" w:color="auto" w:fill="EDEDED"/>
            <w:vAlign w:val="center"/>
          </w:tcPr>
          <w:p w14:paraId="2F05C274" w14:textId="77777777" w:rsidR="00B93CE9" w:rsidRDefault="00000000">
            <w:pPr>
              <w:jc w:val="center"/>
            </w:pPr>
            <w:proofErr w:type="spellStart"/>
            <w:r>
              <w:rPr>
                <w:b/>
                <w:sz w:val="15"/>
              </w:rPr>
              <w:t>指導老師</w:t>
            </w:r>
            <w:proofErr w:type="spellEnd"/>
            <w:r>
              <w:rPr>
                <w:b/>
                <w:sz w:val="15"/>
              </w:rPr>
              <w:br/>
              <w:t>(</w:t>
            </w:r>
            <w:proofErr w:type="spellStart"/>
            <w:r>
              <w:rPr>
                <w:b/>
                <w:sz w:val="15"/>
              </w:rPr>
              <w:t>限一名</w:t>
            </w:r>
            <w:proofErr w:type="spellEnd"/>
            <w:r>
              <w:rPr>
                <w:b/>
                <w:sz w:val="15"/>
              </w:rPr>
              <w:t>)</w:t>
            </w:r>
          </w:p>
        </w:tc>
        <w:tc>
          <w:tcPr>
            <w:tcW w:w="1020" w:type="dxa"/>
            <w:shd w:val="clear" w:color="auto" w:fill="EDEDED"/>
            <w:vAlign w:val="center"/>
          </w:tcPr>
          <w:p w14:paraId="0B01BA8E" w14:textId="77777777" w:rsidR="00B93CE9" w:rsidRDefault="00000000">
            <w:pPr>
              <w:jc w:val="center"/>
              <w:rPr>
                <w:lang w:eastAsia="zh-TW"/>
              </w:rPr>
            </w:pPr>
            <w:r>
              <w:rPr>
                <w:b/>
                <w:sz w:val="15"/>
                <w:lang w:eastAsia="zh-TW"/>
              </w:rPr>
              <w:t>指導老師是否有</w:t>
            </w:r>
            <w:r>
              <w:rPr>
                <w:b/>
                <w:sz w:val="15"/>
                <w:lang w:eastAsia="zh-TW"/>
              </w:rPr>
              <w:br/>
              <w:t>英文國際認證</w:t>
            </w:r>
            <w:r>
              <w:rPr>
                <w:b/>
                <w:sz w:val="15"/>
                <w:lang w:eastAsia="zh-TW"/>
              </w:rPr>
              <w:br/>
              <w:t>(有請附證照)</w:t>
            </w:r>
          </w:p>
        </w:tc>
      </w:tr>
      <w:tr w:rsidR="00B93CE9" w14:paraId="003B911C" w14:textId="77777777">
        <w:trPr>
          <w:jc w:val="center"/>
        </w:trPr>
        <w:tc>
          <w:tcPr>
            <w:tcW w:w="907" w:type="dxa"/>
            <w:vAlign w:val="center"/>
          </w:tcPr>
          <w:p w14:paraId="3192F948" w14:textId="77777777" w:rsidR="00B93CE9" w:rsidRDefault="00000000">
            <w:pPr>
              <w:jc w:val="center"/>
            </w:pPr>
            <w:proofErr w:type="spellStart"/>
            <w:r>
              <w:rPr>
                <w:sz w:val="15"/>
              </w:rPr>
              <w:t>必填</w:t>
            </w:r>
            <w:proofErr w:type="spellEnd"/>
          </w:p>
        </w:tc>
        <w:tc>
          <w:tcPr>
            <w:tcW w:w="850" w:type="dxa"/>
            <w:vAlign w:val="center"/>
          </w:tcPr>
          <w:p w14:paraId="6E71FDDE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1077" w:type="dxa"/>
            <w:vAlign w:val="center"/>
          </w:tcPr>
          <w:p w14:paraId="26252F20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964" w:type="dxa"/>
            <w:vAlign w:val="center"/>
          </w:tcPr>
          <w:p w14:paraId="7B8DB3AA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1020" w:type="dxa"/>
            <w:vAlign w:val="center"/>
          </w:tcPr>
          <w:p w14:paraId="0632872F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1077" w:type="dxa"/>
            <w:vAlign w:val="center"/>
          </w:tcPr>
          <w:p w14:paraId="5B78C44E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907" w:type="dxa"/>
            <w:vAlign w:val="center"/>
          </w:tcPr>
          <w:p w14:paraId="430FC0F3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454" w:type="dxa"/>
            <w:vAlign w:val="center"/>
          </w:tcPr>
          <w:p w14:paraId="4E69F13C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794" w:type="dxa"/>
            <w:vAlign w:val="center"/>
          </w:tcPr>
          <w:p w14:paraId="51586529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907" w:type="dxa"/>
            <w:vAlign w:val="center"/>
          </w:tcPr>
          <w:p w14:paraId="472DB1FB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454" w:type="dxa"/>
            <w:vAlign w:val="center"/>
          </w:tcPr>
          <w:p w14:paraId="3F11CD17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1134" w:type="dxa"/>
            <w:vAlign w:val="center"/>
          </w:tcPr>
          <w:p w14:paraId="28F5BC34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850" w:type="dxa"/>
            <w:vAlign w:val="center"/>
          </w:tcPr>
          <w:p w14:paraId="7641F05A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907" w:type="dxa"/>
            <w:vAlign w:val="center"/>
          </w:tcPr>
          <w:p w14:paraId="5AAEA840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907" w:type="dxa"/>
            <w:vAlign w:val="center"/>
          </w:tcPr>
          <w:p w14:paraId="79798D51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850" w:type="dxa"/>
            <w:vAlign w:val="center"/>
          </w:tcPr>
          <w:p w14:paraId="472F561C" w14:textId="77777777" w:rsidR="00B93CE9" w:rsidRDefault="00000000">
            <w:pPr>
              <w:jc w:val="center"/>
            </w:pPr>
            <w:r>
              <w:rPr>
                <w:sz w:val="15"/>
              </w:rPr>
              <w:t>日文免填，</w:t>
            </w:r>
            <w:r>
              <w:rPr>
                <w:sz w:val="15"/>
              </w:rPr>
              <w:br/>
              <w:t>其餘必填</w:t>
            </w:r>
          </w:p>
        </w:tc>
        <w:tc>
          <w:tcPr>
            <w:tcW w:w="794" w:type="dxa"/>
            <w:vAlign w:val="center"/>
          </w:tcPr>
          <w:p w14:paraId="7E074968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  <w:tc>
          <w:tcPr>
            <w:tcW w:w="1020" w:type="dxa"/>
            <w:vAlign w:val="center"/>
          </w:tcPr>
          <w:p w14:paraId="789827CB" w14:textId="77777777" w:rsidR="00B93CE9" w:rsidRDefault="00000000">
            <w:pPr>
              <w:jc w:val="center"/>
            </w:pPr>
            <w:r>
              <w:rPr>
                <w:sz w:val="15"/>
              </w:rPr>
              <w:t>必填</w:t>
            </w:r>
          </w:p>
        </w:tc>
      </w:tr>
      <w:tr w:rsidR="00B93CE9" w14:paraId="39FF665A" w14:textId="77777777">
        <w:trPr>
          <w:jc w:val="center"/>
        </w:trPr>
        <w:tc>
          <w:tcPr>
            <w:tcW w:w="907" w:type="dxa"/>
            <w:shd w:val="clear" w:color="auto" w:fill="D9D9D9"/>
            <w:vAlign w:val="center"/>
          </w:tcPr>
          <w:p w14:paraId="083A841E" w14:textId="77777777" w:rsidR="00B93CE9" w:rsidRDefault="00000000">
            <w:pPr>
              <w:jc w:val="center"/>
            </w:pPr>
            <w:r>
              <w:rPr>
                <w:sz w:val="15"/>
              </w:rPr>
              <w:t>4XXXXX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7EB1511" w14:textId="77777777" w:rsidR="00B93CE9" w:rsidRDefault="00000000">
            <w:pPr>
              <w:jc w:val="center"/>
            </w:pPr>
            <w:r>
              <w:rPr>
                <w:sz w:val="15"/>
              </w:rPr>
              <w:t>王小美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20940ECD" w14:textId="77777777" w:rsidR="00B93CE9" w:rsidRDefault="00000000">
            <w:pPr>
              <w:jc w:val="center"/>
            </w:pPr>
            <w:r>
              <w:rPr>
                <w:sz w:val="15"/>
              </w:rPr>
              <w:t>Hsiao-Mei</w:t>
            </w:r>
          </w:p>
        </w:tc>
        <w:tc>
          <w:tcPr>
            <w:tcW w:w="964" w:type="dxa"/>
            <w:shd w:val="clear" w:color="auto" w:fill="D9D9D9"/>
            <w:vAlign w:val="center"/>
          </w:tcPr>
          <w:p w14:paraId="6B088CA9" w14:textId="77777777" w:rsidR="00B93CE9" w:rsidRDefault="00000000">
            <w:pPr>
              <w:jc w:val="center"/>
            </w:pPr>
            <w:r>
              <w:rPr>
                <w:sz w:val="15"/>
              </w:rPr>
              <w:t>Wang</w:t>
            </w:r>
          </w:p>
        </w:tc>
        <w:tc>
          <w:tcPr>
            <w:tcW w:w="1020" w:type="dxa"/>
            <w:shd w:val="clear" w:color="auto" w:fill="D9D9D9"/>
            <w:vAlign w:val="center"/>
          </w:tcPr>
          <w:p w14:paraId="42092675" w14:textId="77777777" w:rsidR="00B93CE9" w:rsidRDefault="00000000">
            <w:pPr>
              <w:jc w:val="center"/>
            </w:pPr>
            <w:r>
              <w:rPr>
                <w:sz w:val="15"/>
              </w:rPr>
              <w:t>A12345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7415221B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69CA4A36" w14:textId="77777777" w:rsidR="00B93CE9" w:rsidRDefault="00000000">
            <w:pPr>
              <w:jc w:val="center"/>
            </w:pPr>
            <w:r>
              <w:rPr>
                <w:sz w:val="15"/>
              </w:rPr>
              <w:t>應用英語科</w:t>
            </w:r>
          </w:p>
        </w:tc>
        <w:tc>
          <w:tcPr>
            <w:tcW w:w="454" w:type="dxa"/>
            <w:shd w:val="clear" w:color="auto" w:fill="D9D9D9"/>
            <w:vAlign w:val="center"/>
          </w:tcPr>
          <w:p w14:paraId="108DE2BF" w14:textId="77777777" w:rsidR="00B93CE9" w:rsidRDefault="00000000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794" w:type="dxa"/>
            <w:shd w:val="clear" w:color="auto" w:fill="D9D9D9"/>
            <w:vAlign w:val="center"/>
          </w:tcPr>
          <w:p w14:paraId="2E4066CB" w14:textId="77777777" w:rsidR="00B93CE9" w:rsidRDefault="00000000">
            <w:pPr>
              <w:jc w:val="center"/>
            </w:pPr>
            <w:r>
              <w:rPr>
                <w:sz w:val="15"/>
              </w:rPr>
              <w:t>智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77B4566E" w14:textId="77777777" w:rsidR="00B93CE9" w:rsidRDefault="00000000">
            <w:pPr>
              <w:jc w:val="center"/>
            </w:pPr>
            <w:r>
              <w:rPr>
                <w:sz w:val="15"/>
              </w:rPr>
              <w:t>2009/05</w:t>
            </w:r>
          </w:p>
        </w:tc>
        <w:tc>
          <w:tcPr>
            <w:tcW w:w="454" w:type="dxa"/>
            <w:shd w:val="clear" w:color="auto" w:fill="D9D9D9"/>
            <w:vAlign w:val="center"/>
          </w:tcPr>
          <w:p w14:paraId="5C64AE40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D7DA37F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7F5F53B" w14:textId="77777777" w:rsidR="00B93CE9" w:rsidRDefault="00000000">
            <w:pPr>
              <w:jc w:val="center"/>
            </w:pPr>
            <w:r>
              <w:rPr>
                <w:sz w:val="15"/>
              </w:rPr>
              <w:t>高職外語類科生組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31CDDE2F" w14:textId="77777777" w:rsidR="00B93CE9" w:rsidRDefault="00000000">
            <w:pPr>
              <w:jc w:val="center"/>
            </w:pPr>
            <w:r>
              <w:rPr>
                <w:sz w:val="15"/>
              </w:rPr>
              <w:t>專業英文聽寫能力組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41D16D64" w14:textId="77777777" w:rsidR="00B93CE9" w:rsidRDefault="00000000">
            <w:pPr>
              <w:jc w:val="center"/>
            </w:pPr>
            <w:r>
              <w:rPr>
                <w:sz w:val="15"/>
              </w:rPr>
              <w:t>生活與職場應用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A5E77A3" w14:textId="77777777" w:rsidR="00B93CE9" w:rsidRDefault="00000000">
            <w:pPr>
              <w:jc w:val="center"/>
            </w:pPr>
            <w:r>
              <w:rPr>
                <w:sz w:val="15"/>
              </w:rPr>
              <w:t>專業級</w:t>
            </w:r>
          </w:p>
        </w:tc>
        <w:tc>
          <w:tcPr>
            <w:tcW w:w="794" w:type="dxa"/>
            <w:shd w:val="clear" w:color="auto" w:fill="D9D9D9"/>
            <w:vAlign w:val="center"/>
          </w:tcPr>
          <w:p w14:paraId="352067AE" w14:textId="77777777" w:rsidR="00B93CE9" w:rsidRDefault="00000000">
            <w:pPr>
              <w:jc w:val="center"/>
            </w:pPr>
            <w:r>
              <w:rPr>
                <w:sz w:val="15"/>
              </w:rPr>
              <w:t>陳○○</w:t>
            </w:r>
          </w:p>
        </w:tc>
        <w:tc>
          <w:tcPr>
            <w:tcW w:w="1020" w:type="dxa"/>
            <w:shd w:val="clear" w:color="auto" w:fill="D9D9D9"/>
            <w:vAlign w:val="center"/>
          </w:tcPr>
          <w:p w14:paraId="37365248" w14:textId="77777777" w:rsidR="00B93CE9" w:rsidRDefault="00000000">
            <w:pPr>
              <w:jc w:val="center"/>
            </w:pPr>
            <w:r>
              <w:rPr>
                <w:sz w:val="15"/>
              </w:rPr>
              <w:t>否</w:t>
            </w:r>
          </w:p>
        </w:tc>
      </w:tr>
      <w:tr w:rsidR="00B93CE9" w14:paraId="2FD5BA03" w14:textId="77777777">
        <w:trPr>
          <w:jc w:val="center"/>
        </w:trPr>
        <w:tc>
          <w:tcPr>
            <w:tcW w:w="907" w:type="dxa"/>
            <w:vAlign w:val="center"/>
          </w:tcPr>
          <w:p w14:paraId="16066E81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0FC9FC3F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52DEA4E6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4268E53E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4D2F659F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2E5A6665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5D16FE2A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56218A6A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5FC7F9B2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15C2FECE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74B5CFD8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7DF37558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7FE9B61D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43FC6E32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461C5126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4762089A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16F0E812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3303B223" w14:textId="77777777" w:rsidR="00B93CE9" w:rsidRDefault="00B93CE9">
            <w:pPr>
              <w:jc w:val="center"/>
            </w:pPr>
          </w:p>
        </w:tc>
      </w:tr>
      <w:tr w:rsidR="00B93CE9" w14:paraId="3C9DD51A" w14:textId="77777777">
        <w:trPr>
          <w:jc w:val="center"/>
        </w:trPr>
        <w:tc>
          <w:tcPr>
            <w:tcW w:w="907" w:type="dxa"/>
            <w:vAlign w:val="center"/>
          </w:tcPr>
          <w:p w14:paraId="354DE200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07E3FCD6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50674142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243F5E90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2E1B8F22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24ED680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5587F3D2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5BA19AC6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61BB95D0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746F3E60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6AB8E5B4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52511BC2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0CA2B480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58F34FDD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094BC86D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54A9BB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3A004440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37471282" w14:textId="77777777" w:rsidR="00B93CE9" w:rsidRDefault="00B93CE9">
            <w:pPr>
              <w:jc w:val="center"/>
            </w:pPr>
          </w:p>
        </w:tc>
      </w:tr>
      <w:tr w:rsidR="00B93CE9" w14:paraId="178586AA" w14:textId="77777777">
        <w:trPr>
          <w:jc w:val="center"/>
        </w:trPr>
        <w:tc>
          <w:tcPr>
            <w:tcW w:w="907" w:type="dxa"/>
            <w:vAlign w:val="center"/>
          </w:tcPr>
          <w:p w14:paraId="0E05120D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73923AC3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BE533F7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33075E94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3CC4110F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8CF3641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5061323B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3BD0DA60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56565FA7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4AA06E25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07AE718A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4A46646B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098739F0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23C6503B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0A00A913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5662F5DF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2D7F6027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0A98807A" w14:textId="77777777" w:rsidR="00B93CE9" w:rsidRDefault="00B93CE9">
            <w:pPr>
              <w:jc w:val="center"/>
            </w:pPr>
          </w:p>
        </w:tc>
      </w:tr>
      <w:tr w:rsidR="00B93CE9" w14:paraId="59645019" w14:textId="77777777">
        <w:trPr>
          <w:jc w:val="center"/>
        </w:trPr>
        <w:tc>
          <w:tcPr>
            <w:tcW w:w="907" w:type="dxa"/>
            <w:vAlign w:val="center"/>
          </w:tcPr>
          <w:p w14:paraId="788BE007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1E5632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BDD73FD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49B770C0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1D6D464D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042EB591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0EF83AFE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63FBE868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520FB838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401B1F66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6B906AD6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1E5F8B55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5270EB75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5105CE74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66CE2802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E1B5D6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270995CE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35C4C91E" w14:textId="77777777" w:rsidR="00B93CE9" w:rsidRDefault="00B93CE9">
            <w:pPr>
              <w:jc w:val="center"/>
            </w:pPr>
          </w:p>
        </w:tc>
      </w:tr>
      <w:tr w:rsidR="00B93CE9" w14:paraId="38F0473C" w14:textId="77777777">
        <w:trPr>
          <w:jc w:val="center"/>
        </w:trPr>
        <w:tc>
          <w:tcPr>
            <w:tcW w:w="907" w:type="dxa"/>
            <w:vAlign w:val="center"/>
          </w:tcPr>
          <w:p w14:paraId="7861C4DE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CA672B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4E4B377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14C5A3B7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7D2661E4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48673CB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75151845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455113FD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5278B397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7B8E8A28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26572CB9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795B8959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47B11ADC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7060499A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38F4976D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1A61FB74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3BF8563A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4110B4AE" w14:textId="77777777" w:rsidR="00B93CE9" w:rsidRDefault="00B93CE9">
            <w:pPr>
              <w:jc w:val="center"/>
            </w:pPr>
          </w:p>
        </w:tc>
      </w:tr>
      <w:tr w:rsidR="00B93CE9" w14:paraId="75C36E28" w14:textId="77777777">
        <w:trPr>
          <w:jc w:val="center"/>
        </w:trPr>
        <w:tc>
          <w:tcPr>
            <w:tcW w:w="907" w:type="dxa"/>
            <w:vAlign w:val="center"/>
          </w:tcPr>
          <w:p w14:paraId="74E9A255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42059967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6BDAEE4A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48F47FF9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66DE4D4B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9482E47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6124598B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4A8C1E29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7C6DDD9D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1DDBBE42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121EA4F3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3CAAAFE1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7B2A2E04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1C344325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1C00A74E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601F0C0A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221DB806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6929703B" w14:textId="77777777" w:rsidR="00B93CE9" w:rsidRDefault="00B93CE9">
            <w:pPr>
              <w:jc w:val="center"/>
            </w:pPr>
          </w:p>
        </w:tc>
      </w:tr>
      <w:tr w:rsidR="00B93CE9" w14:paraId="400C9AA2" w14:textId="77777777">
        <w:trPr>
          <w:jc w:val="center"/>
        </w:trPr>
        <w:tc>
          <w:tcPr>
            <w:tcW w:w="907" w:type="dxa"/>
            <w:vAlign w:val="center"/>
          </w:tcPr>
          <w:p w14:paraId="6565F5DB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95C008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2F4B4D7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30CA9651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66F55ECA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6E426284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03CA5AD1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050AB6F5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07197CDF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77D81C66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38C66765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2E796E93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0393D1ED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58E92060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028BF452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4E28A16A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07C53F1F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35134A0D" w14:textId="77777777" w:rsidR="00B93CE9" w:rsidRDefault="00B93CE9">
            <w:pPr>
              <w:jc w:val="center"/>
            </w:pPr>
          </w:p>
        </w:tc>
      </w:tr>
      <w:tr w:rsidR="00B93CE9" w14:paraId="38B4C24F" w14:textId="77777777">
        <w:trPr>
          <w:jc w:val="center"/>
        </w:trPr>
        <w:tc>
          <w:tcPr>
            <w:tcW w:w="907" w:type="dxa"/>
            <w:vAlign w:val="center"/>
          </w:tcPr>
          <w:p w14:paraId="3E94FE63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74EFE504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3231CE7A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3BCAFA1C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74E9CB33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48256B39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5E8F41BF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38DA26A3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2409046C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08FB6879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2FE39724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492A07DC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6C7C5D35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7A10B5BC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6E18D452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499644B3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24D66B0F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50D5E4BB" w14:textId="77777777" w:rsidR="00B93CE9" w:rsidRDefault="00B93CE9">
            <w:pPr>
              <w:jc w:val="center"/>
            </w:pPr>
          </w:p>
        </w:tc>
      </w:tr>
      <w:tr w:rsidR="00B93CE9" w14:paraId="09563CA3" w14:textId="77777777">
        <w:trPr>
          <w:jc w:val="center"/>
        </w:trPr>
        <w:tc>
          <w:tcPr>
            <w:tcW w:w="907" w:type="dxa"/>
            <w:vAlign w:val="center"/>
          </w:tcPr>
          <w:p w14:paraId="098F2B84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5485201F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122E35CF" w14:textId="77777777" w:rsidR="00B93CE9" w:rsidRDefault="00B93CE9">
            <w:pPr>
              <w:jc w:val="center"/>
            </w:pPr>
          </w:p>
        </w:tc>
        <w:tc>
          <w:tcPr>
            <w:tcW w:w="964" w:type="dxa"/>
            <w:vAlign w:val="center"/>
          </w:tcPr>
          <w:p w14:paraId="11D2F2EF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64BE7F28" w14:textId="77777777" w:rsidR="00B93CE9" w:rsidRDefault="00B93CE9">
            <w:pPr>
              <w:jc w:val="center"/>
            </w:pPr>
          </w:p>
        </w:tc>
        <w:tc>
          <w:tcPr>
            <w:tcW w:w="1077" w:type="dxa"/>
            <w:vAlign w:val="center"/>
          </w:tcPr>
          <w:p w14:paraId="7B21148B" w14:textId="77777777" w:rsidR="00B93CE9" w:rsidRDefault="00000000">
            <w:pPr>
              <w:jc w:val="center"/>
            </w:pPr>
            <w:r>
              <w:rPr>
                <w:sz w:val="15"/>
              </w:rPr>
              <w:t>新竹市私立曙光女中</w:t>
            </w:r>
          </w:p>
        </w:tc>
        <w:tc>
          <w:tcPr>
            <w:tcW w:w="907" w:type="dxa"/>
            <w:vAlign w:val="center"/>
          </w:tcPr>
          <w:p w14:paraId="3F1E11BB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7F9B08B9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79AAA095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21DF6C3E" w14:textId="77777777" w:rsidR="00B93CE9" w:rsidRDefault="00B93CE9">
            <w:pPr>
              <w:jc w:val="center"/>
            </w:pPr>
          </w:p>
        </w:tc>
        <w:tc>
          <w:tcPr>
            <w:tcW w:w="454" w:type="dxa"/>
            <w:vAlign w:val="center"/>
          </w:tcPr>
          <w:p w14:paraId="13484099" w14:textId="77777777" w:rsidR="00B93CE9" w:rsidRDefault="00000000">
            <w:pPr>
              <w:jc w:val="center"/>
            </w:pPr>
            <w:r>
              <w:rPr>
                <w:sz w:val="15"/>
              </w:rPr>
              <w:t>女</w:t>
            </w:r>
          </w:p>
        </w:tc>
        <w:tc>
          <w:tcPr>
            <w:tcW w:w="1134" w:type="dxa"/>
            <w:vAlign w:val="center"/>
          </w:tcPr>
          <w:p w14:paraId="55E2D84A" w14:textId="77777777" w:rsidR="00B93CE9" w:rsidRDefault="00000000">
            <w:pPr>
              <w:jc w:val="center"/>
            </w:pPr>
            <w:r>
              <w:rPr>
                <w:sz w:val="15"/>
              </w:rPr>
              <w:t>300024 新竹市東區北大路61號</w:t>
            </w:r>
          </w:p>
        </w:tc>
        <w:tc>
          <w:tcPr>
            <w:tcW w:w="850" w:type="dxa"/>
            <w:vAlign w:val="center"/>
          </w:tcPr>
          <w:p w14:paraId="7A907D40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1421EF72" w14:textId="77777777" w:rsidR="00B93CE9" w:rsidRDefault="00B93CE9">
            <w:pPr>
              <w:jc w:val="center"/>
            </w:pPr>
          </w:p>
        </w:tc>
        <w:tc>
          <w:tcPr>
            <w:tcW w:w="907" w:type="dxa"/>
            <w:vAlign w:val="center"/>
          </w:tcPr>
          <w:p w14:paraId="74EBB12B" w14:textId="77777777" w:rsidR="00B93CE9" w:rsidRDefault="00B93CE9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F8A6C6" w14:textId="77777777" w:rsidR="00B93CE9" w:rsidRDefault="00B93CE9">
            <w:pPr>
              <w:jc w:val="center"/>
            </w:pPr>
          </w:p>
        </w:tc>
        <w:tc>
          <w:tcPr>
            <w:tcW w:w="794" w:type="dxa"/>
            <w:vAlign w:val="center"/>
          </w:tcPr>
          <w:p w14:paraId="2E22BFD7" w14:textId="77777777" w:rsidR="00B93CE9" w:rsidRDefault="00B93CE9">
            <w:pPr>
              <w:jc w:val="center"/>
            </w:pPr>
          </w:p>
        </w:tc>
        <w:tc>
          <w:tcPr>
            <w:tcW w:w="1020" w:type="dxa"/>
            <w:vAlign w:val="center"/>
          </w:tcPr>
          <w:p w14:paraId="062660A5" w14:textId="77777777" w:rsidR="00B93CE9" w:rsidRDefault="00B93CE9">
            <w:pPr>
              <w:jc w:val="center"/>
            </w:pPr>
          </w:p>
        </w:tc>
      </w:tr>
    </w:tbl>
    <w:p w14:paraId="4C60F083" w14:textId="77777777" w:rsidR="00B93CE9" w:rsidRDefault="00B93CE9">
      <w:pPr>
        <w:spacing w:after="0"/>
      </w:pPr>
    </w:p>
    <w:p w14:paraId="3DF7AD61" w14:textId="77777777" w:rsidR="00B93CE9" w:rsidRDefault="00000000">
      <w:pPr>
        <w:spacing w:after="0"/>
        <w:rPr>
          <w:lang w:eastAsia="zh-TW"/>
        </w:rPr>
      </w:pPr>
      <w:r>
        <w:rPr>
          <w:sz w:val="18"/>
          <w:lang w:eastAsia="zh-TW"/>
        </w:rPr>
        <w:t>填表注意（依主辦「常見問題」）：①身分證字號＝英文第一碼大寫＋數字末五碼，打全碼或少一碼皆為錯誤。②每位選手必須填一名指導老師，不可填「無」，同一位老師可指導多人。</w:t>
      </w:r>
    </w:p>
    <w:p w14:paraId="61C32945" w14:textId="77777777" w:rsidR="00B93CE9" w:rsidRDefault="00000000">
      <w:pPr>
        <w:spacing w:after="0"/>
        <w:rPr>
          <w:lang w:eastAsia="zh-TW"/>
        </w:rPr>
      </w:pPr>
      <w:r>
        <w:rPr>
          <w:sz w:val="18"/>
          <w:lang w:eastAsia="zh-TW"/>
        </w:rPr>
        <w:t>③無國際證照請填「否」；填「有」須於繳交資料時附證照佐證，否則不予認列。④每人限報一項一科目。⑤學校名稱與地址已預先填好，請勿更動。</w:t>
      </w:r>
    </w:p>
    <w:p w14:paraId="535BAA05" w14:textId="0E581F2E" w:rsidR="00B93CE9" w:rsidRDefault="00B93CE9">
      <w:pPr>
        <w:spacing w:after="0"/>
        <w:rPr>
          <w:lang w:eastAsia="zh-TW"/>
        </w:rPr>
      </w:pPr>
    </w:p>
    <w:sectPr w:rsidR="00B93CE9" w:rsidSect="00034616">
      <w:pgSz w:w="16838" w:h="11906" w:orient="landscape"/>
      <w:pgMar w:top="510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FKai-SB"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1849952">
    <w:abstractNumId w:val="8"/>
  </w:num>
  <w:num w:numId="2" w16cid:durableId="83232246">
    <w:abstractNumId w:val="6"/>
  </w:num>
  <w:num w:numId="3" w16cid:durableId="1846095340">
    <w:abstractNumId w:val="5"/>
  </w:num>
  <w:num w:numId="4" w16cid:durableId="2018771199">
    <w:abstractNumId w:val="4"/>
  </w:num>
  <w:num w:numId="5" w16cid:durableId="707342034">
    <w:abstractNumId w:val="7"/>
  </w:num>
  <w:num w:numId="6" w16cid:durableId="1546021589">
    <w:abstractNumId w:val="3"/>
  </w:num>
  <w:num w:numId="7" w16cid:durableId="1692879806">
    <w:abstractNumId w:val="2"/>
  </w:num>
  <w:num w:numId="8" w16cid:durableId="1132748428">
    <w:abstractNumId w:val="1"/>
  </w:num>
  <w:num w:numId="9" w16cid:durableId="8620140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23334"/>
    <w:rsid w:val="00AA1D8D"/>
    <w:rsid w:val="00AB6A77"/>
    <w:rsid w:val="00B47730"/>
    <w:rsid w:val="00B93CE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631DC0"/>
  <w14:defaultImageDpi w14:val="300"/>
  <w15:docId w15:val="{F259FA53-53B6-0A4A-A19B-D8EB67D6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DFKai-SB" w:eastAsia="DFKai-SB" w:hAnsi="DFKai-SB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嘉展 張</cp:lastModifiedBy>
  <cp:revision>2</cp:revision>
  <cp:lastPrinted>2026-09-08T06:40:00Z</cp:lastPrinted>
  <dcterms:created xsi:type="dcterms:W3CDTF">2013-12-23T23:15:00Z</dcterms:created>
  <dcterms:modified xsi:type="dcterms:W3CDTF">2026-09-08T06:45:00Z</dcterms:modified>
  <cp:category/>
</cp:coreProperties>
</file>